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הצורות ואוצר מילים – כיתות ז׳–ח׳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ולהתאים שם תואר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צירופי סמיכות, שייכות ותואר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משלב לשוני ומבנה כתיבת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הדיבר וההתאמה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מין, מספר ויידוע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איך נעשתה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בצירוף סמיכות הנסמך בא ראשון ואחריו הסומך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משלב גבוה מתאים לכתיבה תקנית ורשמית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עובדה ניתנת לאימות, בניגוד לדעה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המבנה שמשווה בין נושאים או רעיונות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(מילה שמציינת אדם, חיה, דבר או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(מילה שמתארת את שם העצם)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(צירוף של שני שמות עצם, הראשון נסמך)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שמתארת איך נעשית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(רמת השפה בהתאם למצב ולקהל)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לכתיבת פסקת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משפט פתיחה שמציג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פרטים ודוגמאות התומכים בנושא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את הרעיונות בסדר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משפט סיום שמסכם את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אפשר לבדוק אם היא נכונה, ודעה מבטאת רגש או עמדה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סמיכות היא צירוף שני שמות עצם, שייכות מראה למי שייך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משלב גבוה - לשון רשמית, משלב דיבורי - לשון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פירוט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בעבודה בזוגות לפני המענה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לדגום דוגמה אחת לכל סוג צירוף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מומלץ לקרוא דוגמה אחת בקול לפני שהתלמידים כותבים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הצורות ואוצר מילים – כיתות ז׳–ח׳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יחד את עולם הצורות בלשון העברית - חלקי הדיבר, סמיכות, שייכות ותואר הפועל - וגם נתרגל כתיבת פסקת הסבר וטיעון, לצד אוצר מילים ומשלב.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חלקי הדיבר וההתאמה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חלק דיבר שייכת המילה 'רץ' במשפט 'הילד רץ 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'ילדה חכמה', באיזו תכונה שם התואר מתאים לשם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מין, מספר ויידוע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הפעולה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היחס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צירוף הוא צירוף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ביטוי מבטא שייכות חבורה?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של 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איזו שאלה עונה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נעשתה הפעולה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ביצע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אנשים היו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 הסומך בא לפני הנסמך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גבוה משמש בדרך כלל בכתיבה רשמית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היא טענה שאפשר לבדוק אם היא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השוואה בטקסט עיוני משמש להצגת דמיון והבדלים בין שני דברים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צירוף הסמיכות מורכב מנסמך ומ__________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משלב __________ משמש בשיחה יומיומית בין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הניב 'שבר את הקרח' פירושו לפתוח __________ בנעימות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תואר הפועל 'מהר' עונה על השאלה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בשייכות חבורה הביטוי 'הספר שלי' הופך ל-'__________'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צירוף של שני שמות עצם, הראשון נסמך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רמת השפה בהתאם למצב ולקהל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שמתארת איך נעשית הפעולה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שמתארת את שם העצם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שמציינת אדם, חיה, דבר או רעיון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לכתיבת פסקת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פתיחה שמציג את הנושא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את הרעיונות בסדר הגיוני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סיום שמסכם את 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פרטים ודוגמאות התומכים בנושא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עובדה לדעה, ותנו דוגמה אחת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סמיכות לשייכות?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למשלב גבוה ולמשלב דיבורי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פסקת ההסבר?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הצורות ואוצר מילים – כיתות ז׳–ח׳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