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ולהתאים שם תואר לשם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צירופי סמיכות, שייכות ותואר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משלב לשוני ומבנה כתיבת פסקת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מין, מספר ויידוע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איך נעשתה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בצירוף סמיכות הנסמך בא ראשון ואחריו הסומך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משלב גבוה מתאים לכתיבה תקנית ורשמית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עובדה ניתנת לאימות, בניגוד לדעה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המבנה שמשווה בין נושאים או רעיונות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סומך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דיבורי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ספרי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(מילה שמציינת אדם, חיה, דבר או רעיון)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שמתארת את שם העצם)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(צירוף של שני שמות עצם, הראשון נסמך)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שמתארת איך נעשית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(רמת השפה בהתאם למצב ולקהל)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לכתיבת פסקת 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משפט פתיחה שמציג את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הוסיפו פרטים ודוגמאות התומכים בנושא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סדרו את הרעיונות בסדר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משפט סיום שמסכם את הפסקה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עובדה אפשר לבדוק אם היא נכונה, ודעה מבטאת רגש או עמדה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שני שמות עצם, שייכות מראה למי שייך 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משלב גבוה - לשון רשמית, משלב דיבורי - לשון יומיומית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פירוט וסיום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חלק ההתאמה בעבודה בזוגות לפני המענה האישי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לדגום דוגמה אחת לכל סוג צירוף על הלוח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מומלץ לקרוא דוגמה אחת בקול לפני שהתלמידים כותבים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מערכת הצורות ואוצר מילים – כיתות ז׳–ח׳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מילים בעברית - איך מזהים כל מילה, איך בונים צירופים, ואיך כותבים פסקה קצרה וברורה.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שמציינת אדם, חיה, דבר או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את שם העצם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סמיכות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צירוף של שני שמות עצם - נסמך וסומך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שמראה למי שייך דבר 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תואר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איך נעשית הפעולה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רמת השפה - גבוהה, תקנית או דיבורית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קבוע שהמשמעות שלו שונה מהמילים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עובדה ודעה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אפשר לבדוק, דעה היא רגשית ואישית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חלקי הדיבר וההתאמה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המילה 'רץ' - שם או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שם התואר מתאים לשם העצם?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מין, מספר ויידוע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זמן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מילת היחס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את צירוף הסמיכות הנכון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בית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מראה שייכות בלי המילה 'של'?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הבית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של 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תואר הפועל עונה על השאלה איך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איך נעשתה הפעולה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ביצע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 הנושא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אנשים היו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בצירוף סמיכות הסומך בא לפני הנסמך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משלב גבוה משמש בדרך כלל בכתיבה רשמית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עובדה היא טענה שאפשר לבדוק אם היא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השוואה בטקסט עיוני משמש להצגת דמיון והבדלים בין שני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צירוף הסמיכות מורכב מנסמך ומ__________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משלב __________ משמש בשיחה יומיומית בין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הניב 'שבר את הקרח' פירושו לפתוח __________ בנעימות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תואר הפועל 'מהר' עונה על השאלה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בשייכות חבורה הביטוי 'הספר שלי' הופך ל-'__________'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איך נעשית הפעולה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רמת השפה בהתאם למצב ולקהל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סמיכות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שמתארת את שם העצם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תואר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צירוף של שני שמות עצם, הראשון נסמך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שמציינת אדם, חיה, דבר או רעיון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לכתיבת פסקת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פרטים ודוגמאות התומכים בנושא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סדרו את הרעיונות בסדר הגיוני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סיום שמסכם את הפסקה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משפט פתיחה שמציג את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עובדה לדעה, ותנו דוגמה אחת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סמיכות לשייכות?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למשלב גבוה ולמשלב דיבורי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חלקי פסקת ההסבר?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מערכת הצורות ואוצר מילים – כיתות ז׳–ח׳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